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סיפורי (נרטיבי)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הטקסט הסיפורי ואת 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טיפוסיים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קטע סיפורי לפי המבנה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לרגש, לשעשע או להעביר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מופיעה בעיה או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גוף ראשון או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פתאום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לכתוב בגוף ראשון או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שלב השיא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ההתרה והסיום כוללים לעיתים 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דמויות הן חלק מרכזי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המשלב בעמוד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פתאום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במבנה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(רקע - מי, איפה, 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(בעיה או קונפליקט)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(הרגע המתוח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(איך נפתרה הבעיה ולפעמים מסר)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 שפועל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על הסיפור 'הכתם הכחול'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נועם ומאיה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צבע כחול נשפך על הציור של מאיה וילדים צחקו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 להפוך טעות לדבר יפה, וכדאי לתת הזדמנות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רקע ברור וזמן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ארבעה שלבים ברורים, זמן עבר, מילות קישור, דמות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המטרה: לרגש, לשעשע או להעביר 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דוגמאות: יום אחד, פתאום, לאחר מכן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בשיא מגיע הרגע המתוח ביותר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'הכתם הכחול' בקול רם לפני התחלת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לסמן יחד על הלוח את ארבעת שלבי המבנה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בסיסי של מבנה הסיפור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סיפורי (נרטיבי)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טקסט סיפורי מספר רצף אירועים עם דמויות, כדי לרגש, לשעשע או להעביר מסר. בדף זה נתרגל זיהוי מבנה הסיפור וסימני הלשון שלו, דרך הסיפור 'הכתם הכחול'.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מטרתו העיקרית של טקסט סיפורי?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לרגש, לשעשע או להעביר 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למסור הוראות הפעלה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את הקורא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למסור עובדות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זמן דקדוקי כתוב בדרך כלל טקסט סיפורי?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בשלב ה'סיבוך'?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מופיעה בעיה או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מסתיים בשלום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מוצג רקע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מגיע הרגע המתוח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גוף אפשר לספר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ראשון או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שלישי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מילת קישור טיפוסית לטקסט סיפורי?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פתאום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סיפורי נכתב תמיד בגוף 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בשיא הסיפור מגיע הרגע המתוח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הסיפור לפעמים יש מסר לקורא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סיפורי אין דמויות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המשלב בטקסט סיפורי הוא לשון ספרותית עם דיאלוגים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נועם תמיד __________ בשורה האחרונה ולא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אחד, באמצע שיעור אומנות, נשפך צבע כחול על הציור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קם נועם, לקח מכחול, והפך את הכתם 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מאז, נועם כבר לא יושב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השלב שבו מוצגים מי, איפה ומתי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במבנה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הרגע המתוח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סיבוך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רקע - מי, איפה, 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נפתרה הבעיה ולפעמים מסר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התרה וסיום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שפועל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בעיה או קונפליקט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על הסיפור 'הכתם הכחול'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הדמויות המרכזיות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הייתה הבעיה (הסיבוך)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מסר אפשר ללמוד מהסיפור?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פתיחה קצרה (2-3 משפטים) לסיפור חדש, הכוללת מי, איפה ומתי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סיפור קצר שלם לפי ארבעת שלבי המבנה, עם לפחות שתי מילות קישור מהרשימה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הטקסט הסיפורי?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מילות קישור טיפוסיות לסיפור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בשלב ה'שיא'?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סיפורי (נרטיבי)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