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סיפורי (נרטיבי)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הטקסט הסיפורי ואת מבנהו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לשון טיפוסיים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קטע סיפורי לפי המבנה הטיפוסי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לרגש, לשעשע או להעביר 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מופיעה בעיה או 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גוף ראשון או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פתאום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לכתוב בגוף ראשון או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שלב השיא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ההתרה והסיום כוללים לעיתים 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דמויות הן חלק מרכזי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המשלב בעמוד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פתאום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פתיחה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במבנה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(רקע - מי, איפה, מתי)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(בעיה או קונפליקט)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(הרגע המתוח ביותר)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(איך נפתרה הבעיה ולפעמים מסר)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 שפועל בסיפור)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על הסיפור 'הכתם הכחול'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נועם ומאיה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צבע כחול נשפך על הציור של מאיה וילדים צחקו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אפשר להפוך טעות לדבר יפה, וכדאי לתת הזדמנות לכולם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רקע ברור וזמן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קריטריונים: ארבעה שלבים ברורים, זמן עבר, מילות קישור, דמות אחת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המטרה: לרגש, לשעשע או להעביר מסר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דוגמאות: יום אחד, פתאום, לאחר מכן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בשיא מגיע הרגע המתוח ביותר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הסיפור 'הכתם הכחול' בקול רם לפני התחלת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לסמן יחד על הלוח את ארבעת שלבי המבנה לפני תרגיל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בזיהוי בסיסי של מבנה הסיפור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סיפורי (נרטיבי)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טקסט סיפורי מספר סיפור על דמויות. בדף הזה נלמד איך מזהים סיפור, מה הסדר שלו, ואיך כותבים סיפור קצר.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שמספר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רצף האירועים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שפועל ומשתתף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הבעיה או הקונפליקט שמתעורר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המתוח ביותר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הבעיה נפתרת בסוף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סגנון הלשון - גבוה, ספרותי או יומיומי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שמסמנות זמן, כמו פתאום או יום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כותבים טקסט סיפורי?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לרגש, לשעשע או להעביר 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למסור הוראות הפעלה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לשכנע את הקורא בדעה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למסור עובדות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קורים האירועים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באמצע הסיפור כשמתחילה בעיה?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מופיעה בעיה או 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הסיפור מסתיים בשלום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מוצג רקע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מגיע הרגע המתוח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יכול לספר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ראשון או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שלישי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מופיעה הרבה בסיפורים?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פתאום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לסיכום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סיפורי נכתב תמיד בגוף 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בשיא הסיפור מגיע הרגע המתוח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הסיפור לפעמים יש מסר לקורא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סיפורי אין דמויות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המשלב בטקסט סיפורי הוא לשון ספרותית עם דיאלוגים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נועם תמיד __________ בשורה האחרונה ולא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אחד, באמצע שיעור אומנות, נשפך צבע כחול על הציור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קם נועם, לקח מכחול, והפך את הכתם 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מאז, נועם כבר לא יושב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השלב שבו מוצגים מי, איפה ומתי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שלב במבנה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הרגע המתוח ביותר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סיבוך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איך נפתרה הבעיה ולפעמים מסר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שפועל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התרה וסיום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רקע - מי, איפה, מתי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בעיה או קונפליקט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על הסיפור 'הכתם הכחול'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הדמויות המרכזיות בסיפור?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הייתה הבעיה (הסיבוך) בסיפור?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מסר אפשר ללמוד מהסיפור?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פתיחה קצרה (2-3 משפטים) לסיפור חדש, הכוללת מי, איפה ומתי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סיפור קצר שלם לפי ארבעת שלבי המבנה, עם לפחות שתי מילות קישור מהרשימה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הטקסט הסיפורי?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מילות קישור טיפוסיות לסיפור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בשלב ה'שיא'?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טקסט סיפורי (נרטיבי)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